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0148"/>
      </w:tblGrid>
      <w:tr>
        <w:tc>
          <w:tcPr>
            <w:tcW w:type="dxa" w:w="10148"/>
            <w:shd w:fill="142D46"/>
          </w:tcPr>
          <w:p>
            <w:pPr>
              <w:spacing w:before="160" w:after="160"/>
              <w:jc w:val="center"/>
            </w:pPr>
            <w:r>
              <w:rPr>
                <w:b/>
                <w:color w:val="D3BC83"/>
                <w:sz w:val="22"/>
              </w:rPr>
              <w:t>SKYLINE LANGUAGE CENTER  |  CREW ACQUISITION</w:t>
            </w:r>
          </w:p>
        </w:tc>
      </w:tr>
    </w:tbl>
    <w:p>
      <w:pPr>
        <w:pStyle w:val="Title"/>
        <w:spacing w:before="180" w:after="160"/>
      </w:pPr>
      <w:r>
        <w:rPr>
          <w:color w:val="000000"/>
          <w:sz w:val="46"/>
        </w:rPr>
        <w:t>CREW APPLICATION FORM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340"/>
        <w:gridCol w:w="7824"/>
      </w:tblGrid>
      <w:tr>
        <w:trPr>
          <w:trHeight w:val="2551" w:hRule="atLeast"/>
        </w:trPr>
        <w:tc>
          <w:tcPr>
            <w:tcW w:type="dxa" w:w="1984"/>
            <w:tcBorders>
              <w:top w:val="single" w:sz="8" w:color="B49759"/>
              <w:left w:val="single" w:sz="8" w:color="B49759"/>
              <w:bottom w:val="single" w:sz="8" w:color="B49759"/>
              <w:right w:val="single" w:sz="8" w:color="B49759"/>
            </w:tcBorders>
            <w:vAlign w:val="center"/>
          </w:tcPr>
          <w:p>
            <w:pPr>
              <w:jc w:val="center"/>
            </w:pPr>
            <w:r>
              <w:rPr>
                <w:b/>
                <w:color w:val="B49759"/>
                <w:sz w:val="20"/>
              </w:rPr>
              <w:t>CREW PHOTO</w:t>
            </w:r>
          </w:p>
          <w:p>
            <w:pPr>
              <w:jc w:val="center"/>
            </w:pPr>
            <w:r>
              <w:rPr>
                <w:color w:val="66717D"/>
                <w:sz w:val="18"/>
              </w:rPr>
              <w:t>Insert photo here</w:t>
              <w:br/>
              <w:t>35 × 45 mm</w:t>
            </w:r>
          </w:p>
        </w:tc>
        <w:tc>
          <w:tcPr>
            <w:tcW w:type="dxa" w:w="340"/>
          </w:tcPr>
          <w:p/>
        </w:tc>
        <w:tc>
          <w:tcPr>
            <w:tcW w:type="dxa" w:w="7824"/>
          </w:tcPr>
          <w:p>
            <w:r>
              <w:rPr>
                <w:b/>
                <w:color w:val="B49759"/>
                <w:sz w:val="22"/>
              </w:rPr>
              <w:t>CAPTAIN CANDIDATE BRIEFING</w:t>
            </w:r>
          </w:p>
          <w:p>
            <w:r>
              <w:t>Complete this form in English and return it to SKYLINE TOWER. Your information will be used to prepare your Crew Operations Record. Enter N/A where a field does not apply.</w:t>
            </w:r>
          </w:p>
          <w:p>
            <w:r>
              <w:t>Photo: insert a recent passport-style headshot in the box. Use a plain white background and keep your face clearly visible. You may also attach the original photo separately.</w:t>
            </w:r>
          </w:p>
        </w:tc>
      </w:tr>
    </w:tbl>
    <w:p>
      <w:pPr>
        <w:spacing w:before="140" w:after="80"/>
        <w:shd w:fill="142D46"/>
      </w:pPr>
      <w:r>
        <w:rPr>
          <w:b/>
          <w:color w:val="D3BC83"/>
          <w:sz w:val="20"/>
        </w:rPr>
        <w:t xml:space="preserve">  01  CREW IDENTITY AND COMMUNICATIONS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7143"/>
      </w:tblGrid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Full legal name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Nationality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Country of residence / city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Time zone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UTC / GMT offset: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Date of birth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DD / MM / YYYY: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Email address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WhatsApp number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Include country code: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Other contact number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If different from WhatsApp:</w:t>
            </w:r>
          </w:p>
        </w:tc>
      </w:tr>
    </w:tbl>
    <w:p>
      <w:pPr>
        <w:spacing w:before="140" w:after="80"/>
        <w:shd w:fill="142D46"/>
      </w:pPr>
      <w:r>
        <w:rPr>
          <w:b/>
          <w:color w:val="D3BC83"/>
          <w:sz w:val="20"/>
        </w:rPr>
        <w:t xml:space="preserve">  02  AIRCRAFT AND RADAR ACCESS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7143"/>
      </w:tblGrid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VooV aircraft ID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Zoom aircraft ID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MS Teams email / ID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140" w:after="80"/>
        <w:shd w:fill="142D46"/>
      </w:pPr>
      <w:r>
        <w:rPr>
          <w:b/>
          <w:color w:val="D3BC83"/>
          <w:sz w:val="20"/>
        </w:rPr>
        <w:t xml:space="preserve">  03  CREW QUALIFICATIONS AND FLIGHT EXPERIENCE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05"/>
        <w:gridCol w:w="7143"/>
      </w:tblGrid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Crew qualifications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Degree / qualification, institution and teaching certificates:</w:t>
              <w:br/>
            </w:r>
          </w:p>
        </w:tc>
      </w:tr>
      <w:tr>
        <w:tc>
          <w:tcPr>
            <w:tcW w:type="dxa" w:w="3005"/>
            <w:shd w:fill="F0F3F6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b/>
                <w:color w:val="142D46"/>
                <w:sz w:val="19"/>
              </w:rPr>
              <w:t>Flight experience</w:t>
            </w:r>
          </w:p>
        </w:tc>
        <w:tc>
          <w:tcPr>
            <w:tcW w:type="dxa" w:w="7143"/>
            <w:tcBorders>
              <w:top w:val="single" w:sz="8" w:color="D8DFE6"/>
              <w:left w:val="single" w:sz="8" w:color="D8DFE6"/>
              <w:bottom w:val="single" w:sz="8" w:color="D8DFE6"/>
              <w:right w:val="single" w:sz="8" w:color="D8DFE6"/>
            </w:tcBorders>
          </w:tcPr>
          <w:p>
            <w:pPr>
              <w:spacing w:before="60" w:after="60"/>
            </w:pPr>
            <w:r>
              <w:rPr>
                <w:sz w:val="19"/>
              </w:rPr>
              <w:t>Teaching years, passenger age groups and online / classroom experience:</w:t>
              <w:br/>
            </w:r>
          </w:p>
        </w:tc>
      </w:tr>
    </w:tbl>
    <w:p>
      <w:pPr>
        <w:spacing w:before="140" w:after="80"/>
        <w:pageBreakBefore/>
        <w:shd w:fill="142D46"/>
      </w:pPr>
      <w:r>
        <w:rPr>
          <w:b/>
          <w:color w:val="D3BC83"/>
          <w:sz w:val="20"/>
        </w:rPr>
        <w:t xml:space="preserve">  04  CAPTAIN CANDIDATE PROFILE</w:t>
      </w:r>
    </w:p>
    <w:p>
      <w:pPr>
        <w:spacing w:after="240"/>
      </w:pPr>
      <w:r>
        <w:t>Captain candidate full name: __________________________________________________</w:t>
      </w:r>
    </w:p>
    <w:p>
      <w:r>
        <w:rPr>
          <w:b/>
          <w:color w:val="142D46"/>
          <w:sz w:val="22"/>
        </w:rPr>
        <w:t>DETAILED PROFESSIONAL DESCRIPTION — MINIMUM 10 COMPLETE SENTENCES</w:t>
      </w:r>
    </w:p>
    <w:p>
      <w:r>
        <w:t>Write a substantial professional profile in your own words. This description will help SKYLINE TOWER prepare your Crew Operations Record. Use complete sentences and connected paragraphs.</w:t>
      </w:r>
    </w:p>
    <w:p>
      <w:r>
        <w:t>Describe your educational background and certifications; years of flight (teaching) experience; passenger (learner) ages, nationalities and proficiency levels; online and classroom experience; flight preparation and teaching approach; strengths and specializations; how you adapt to different learners; how you encourage participation and assess progress; and your motivation for joining SKYLINE.</w:t>
      </w:r>
    </w:p>
    <w:p>
      <w:pPr>
        <w:spacing w:after="200"/>
      </w:pPr>
      <w:r>
        <w:t>You may expand this space when typing or continue on an additional page.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after="180"/>
      </w:pPr>
      <w:r>
        <w:rPr>
          <w:color w:val="B5BDC7"/>
          <w:sz w:val="18"/>
        </w:rPr>
        <w:t>________________________________________________________________________________________</w:t>
      </w:r>
    </w:p>
    <w:p>
      <w:pPr>
        <w:spacing w:before="160"/>
      </w:pPr>
      <w:r>
        <w:t>I confirm that the information provided is accurate to the best of my knowledge.</w:t>
      </w:r>
    </w:p>
    <w:p>
      <w:r>
        <w:t>Candidate name: __________________________________    Date: __________________</w:t>
      </w:r>
    </w:p>
    <w:sectPr w:rsidR="00FC693F" w:rsidRPr="0006063C" w:rsidSect="00034616">
      <w:pgSz w:w="11906" w:h="16838"/>
      <w:pgMar w:top="765" w:right="879" w:bottom="765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